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Sussex County, Delaware</w:t>
        <w:br/>
        <w:t>Cat Rescue, TNR &amp; Community-Cat Directory</w:t>
      </w:r>
    </w:p>
    <w:p>
      <w:pPr>
        <w:jc w:val="center"/>
      </w:pPr>
      <w:r>
        <w:rPr>
          <w:i/>
          <w:sz w:val="18"/>
        </w:rPr>
        <w:t>Cat-first contacts for rescue, Trap-Neuter-Return / TNVR, colony care, adoption, low-cost care and official referrals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AF2F8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Important: Call or message before trapping, transporting, or surrendering a cat. </w:t>
            </w:r>
            <w:r>
              <w:t>Intake space, clinic dates, fees, trap loans and service boundaries can change. Outdoor cats should be assessed for an ear tip, friendly behavior, injuries, nursing kittens and ownership before action.</w:t>
            </w:r>
          </w:p>
        </w:tc>
      </w:tr>
    </w:tbl>
    <w:p>
      <w:pPr>
        <w:pStyle w:val="Heading1"/>
      </w:pPr>
      <w:r>
        <w:t>Primary Sussex County &amp; Sussex-serving contacts (14)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rPr>
          <w:tblHeader w:val="true"/>
        </w:trPr>
        <w:tc>
          <w:tcPr>
            <w:tcW w:type="dxa" w:w="2232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Organization / Area</w:t>
            </w:r>
          </w:p>
        </w:tc>
        <w:tc>
          <w:tcPr>
            <w:tcW w:type="dxa" w:w="1498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Focus</w:t>
            </w:r>
          </w:p>
        </w:tc>
        <w:tc>
          <w:tcPr>
            <w:tcW w:type="dxa" w:w="3485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What they may help with</w:t>
            </w:r>
          </w:p>
        </w:tc>
        <w:tc>
          <w:tcPr>
            <w:tcW w:type="dxa" w:w="3384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Contact / practical note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Just Us Cat &amp; Kitten Rescue</w:t>
            </w:r>
            <w:r>
              <w:rPr>
                <w:sz w:val="15"/>
              </w:rPr>
              <w:br/>
              <w:t>Sussex County / Rehoboth Beach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CAT + TNR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Volunteer 501(c)(3) focused on TNR of community cats, help for cats in distress, fostering, transport, food help, and adoption placement.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302-542-5507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justuscatsde.org | Facebook: Just Us Cat and Kitten Rescue</w:t>
            </w:r>
          </w:p>
          <w:p>
            <w:pPr>
              <w:spacing w:after="0"/>
            </w:pPr>
            <w:r>
              <w:rPr>
                <w:i/>
                <w:sz w:val="14"/>
              </w:rPr>
              <w:t>Primary call for colony/TNR help. Verify current intake and trapping coverage.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Homeless Cat Helpers, Inc.</w:t>
            </w:r>
            <w:r>
              <w:rPr>
                <w:sz w:val="15"/>
              </w:rPr>
              <w:br/>
              <w:t>Seaford / Western Sussex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CAT + TNR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All-volunteer, no-kill cat rescue. Offers rehoming and injured/sick kitty assistance; its Kitty Fix clinic page says the clinic is closed until further notice but asks people to contact them for alternative low-cost options.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302-344-3015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homelesscathelpers.org | dc.brown19973@gmail.com</w:t>
            </w:r>
          </w:p>
          <w:p>
            <w:pPr>
              <w:spacing w:after="0"/>
            </w:pPr>
            <w:r>
              <w:rPr>
                <w:i/>
                <w:sz w:val="14"/>
              </w:rPr>
              <w:t>Strong western-Sussex cat contact. The Seaford Petco is a showcase/adoption location, not necessarily an intake site.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Feral Friends of Millsboro, Inc.</w:t>
            </w:r>
            <w:r>
              <w:rPr>
                <w:sz w:val="15"/>
              </w:rPr>
              <w:br/>
              <w:t>Millsboro / Milton area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CAT RESCUE + COLONY HELP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501(c)(3) cat rescue serving Sussex County; rescues/reაბილitates homeless, abandoned, sick, injured, neglected, and surrendered cats. Listings also describe TNR/feral colony management.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443-618-2404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Email: feralfriendsofmillsboro@gmail.com</w:t>
            </w:r>
          </w:p>
          <w:p>
            <w:pPr>
              <w:spacing w:after="0"/>
            </w:pPr>
            <w:r>
              <w:rPr>
                <w:i/>
                <w:sz w:val="14"/>
              </w:rPr>
              <w:t>Call before transport. Foster-based availability can change quickly.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Cats Around Town Society (C.A.T.S.)</w:t>
            </w:r>
            <w:r>
              <w:rPr>
                <w:sz w:val="15"/>
              </w:rPr>
              <w:br/>
              <w:t>Ocean View / Lower Sussex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CAT + TNVR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Volunteer 501(c)(3) working to reduce and stabilize the stray/feral cat population of lower Sussex through Trap-Neuter-Vaccinate-Return; also adopts cats and kittens.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302-355-9979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catsaroundtownsociety.com | catsaroundtown@gmail.com</w:t>
            </w:r>
          </w:p>
          <w:p>
            <w:pPr>
              <w:spacing w:after="0"/>
            </w:pPr>
            <w:r>
              <w:rPr>
                <w:i/>
                <w:sz w:val="14"/>
              </w:rPr>
              <w:t>Good lower-Sussex contact; serves areas including Ocean View, Georgetown, Seaford and nearby communities.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Community Cats Coalition</w:t>
            </w:r>
            <w:r>
              <w:rPr>
                <w:sz w:val="15"/>
              </w:rPr>
              <w:br/>
              <w:t>Dagsboro / Lower Sussex service area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CAT + TNR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Cat rescue/TNR organization devoted to rescue, care and adoption of stray, feral, and abandoned cats. Based across the Maryland line but multiple sources list Delaware service, including Dagsboro.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443-909-8047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communitycatscoalition.com | communitycatscoalition@gmail.com</w:t>
            </w:r>
          </w:p>
          <w:p>
            <w:pPr>
              <w:spacing w:after="0"/>
            </w:pPr>
            <w:r>
              <w:rPr>
                <w:i/>
                <w:sz w:val="14"/>
              </w:rPr>
              <w:t>Useful near the southern/eastern Sussex border. Confirm current Delaware service area before trapping.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Pot-Nets Catnippers Association</w:t>
            </w:r>
            <w:r>
              <w:rPr>
                <w:sz w:val="15"/>
              </w:rPr>
              <w:br/>
              <w:t>Long Neck / Millsboro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COLONY CARE + TNR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Volunteer Delaware organization providing food, shelter, spay/neuter and ongoing care for community cats in Pot-Nets communities.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302-339-5181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Facebook: Pot-Nets Catnippers | volunteer.delaware.gov</w:t>
            </w:r>
          </w:p>
          <w:p>
            <w:pPr>
              <w:spacing w:after="0"/>
            </w:pPr>
            <w:r>
              <w:rPr>
                <w:i/>
                <w:sz w:val="14"/>
              </w:rPr>
              <w:t>Specialized to Pot-Nets communities. Alternate older contact numbers appear online; verify by phone or Facebook.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Forgotten Cats, Inc.</w:t>
            </w:r>
            <w:r>
              <w:rPr>
                <w:sz w:val="15"/>
              </w:rPr>
              <w:br/>
              <w:t>Statewide Delaware service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CAT + TNVR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Cat-focused rescue that provides TNR/TNVR education and assistance, plus medical care and adoption help for appropriate cats and kittens. Delaware sources describe statewide service.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302-429-0124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forgottencats.org | trapping@forgottencats.org</w:t>
            </w:r>
          </w:p>
          <w:p>
            <w:pPr>
              <w:spacing w:after="0"/>
            </w:pPr>
            <w:r>
              <w:rPr>
                <w:i/>
                <w:sz w:val="14"/>
              </w:rPr>
              <w:t>One of the strongest statewide TNR resources. Ask about current Sussex clinic, trap, transport and grant availability.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Brandywine Valley SPCA - Georgetown</w:t>
            </w:r>
            <w:r>
              <w:rPr>
                <w:sz w:val="15"/>
              </w:rPr>
              <w:br/>
              <w:t>Georgetown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SHELTER + TNVR CLINIC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Open-access shelter and Animal Health Center. Community-cat services include spay/neuter, rabies/FVRCP vaccination, ear tipping and trap rentals; check scheduling requirements.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302-858-4203 (shelter) | 302-516-1004 (AHC)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bvspca.org/locations/georgetown | 22918 Dupont Blvd, Georgetown, DE 19947</w:t>
            </w:r>
          </w:p>
          <w:p>
            <w:pPr>
              <w:spacing w:after="0"/>
            </w:pPr>
            <w:r>
              <w:rPr>
                <w:i/>
                <w:sz w:val="14"/>
              </w:rPr>
              <w:t>Primary veterinary/TNVR option. Confirm drop-off, appointments, fees and trap availability.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Brandywine Valley SPCA - Animal Rescue Center</w:t>
            </w:r>
            <w:r>
              <w:rPr>
                <w:sz w:val="15"/>
              </w:rPr>
              <w:br/>
              <w:t>Georgetown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OPEN-ACCESS RESCUE / ANIMAL SERVICES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Separate Georgetown animal-rescue center for lost, abandoned, surrendered and at-risk animals; may be appropriate for adoption placement or welfare concerns.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302-858-4204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bvspca.org/locations/animal-rescue-center | 19022 Shingle Point Rd, Georgetown, DE 19947</w:t>
            </w:r>
          </w:p>
          <w:p>
            <w:pPr>
              <w:spacing w:after="0"/>
            </w:pPr>
            <w:r>
              <w:rPr>
                <w:i/>
                <w:sz w:val="14"/>
              </w:rPr>
              <w:t>Call first. It is distinct from the Georgetown Animal Health Center.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Humane Animal Partners - Rehoboth Beach</w:t>
            </w:r>
            <w:r>
              <w:rPr>
                <w:sz w:val="15"/>
              </w:rPr>
              <w:br/>
              <w:t>Rehoboth Beach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SHELTER + CAT ADOPTION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No-kill shelter/resource center with cat adoptions and low-cost veterinary services. It has participated in Sussex community-cat support efforts and can be a useful referral point.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302-200-7159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humaneanimalpartners.org | 18675 Coastal Hwy, Rehoboth Beach, DE 19971</w:t>
            </w:r>
          </w:p>
          <w:p>
            <w:pPr>
              <w:spacing w:after="0"/>
            </w:pPr>
            <w:r>
              <w:rPr>
                <w:i/>
                <w:sz w:val="14"/>
              </w:rPr>
              <w:t>Ask directly about current community-cat/TNR, surrender and foster policies; services and capacity vary.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Whimsical Animal Rescue / Sussex County Animal Association</w:t>
            </w:r>
            <w:r>
              <w:rPr>
                <w:sz w:val="15"/>
              </w:rPr>
              <w:br/>
              <w:t>Seaford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FOSTER-BASED DOG + CAT RESCUE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Private 501(c)(3), all-volunteer foster-based rescue helping homeless cats and dogs; has feline and canine divisions.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Email preferred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delawarerescue.com | DelawareRescue@aol.com | PO Box 1697, Seaford, DE 19973</w:t>
            </w:r>
          </w:p>
          <w:p>
            <w:pPr>
              <w:spacing w:after="0"/>
            </w:pPr>
            <w:r>
              <w:rPr>
                <w:i/>
                <w:sz w:val="14"/>
              </w:rPr>
              <w:t>The organization specifically says email gets a faster response than phone. Ask about cat intake/foster openings.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Delaware Animal Services / Office of Animal Welfare</w:t>
            </w:r>
            <w:r>
              <w:rPr>
                <w:sz w:val="15"/>
              </w:rPr>
              <w:br/>
              <w:t>All Sussex County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ANIMAL CONTROL + WELFARE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State animal-services resource for cruelty/neglect, dangerous-animal issues, lost/found and animal-control guidance. Not a TNR rescue, but an important official referral source.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302-255-4646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animalservices.delaware.gov</w:t>
            </w:r>
          </w:p>
          <w:p>
            <w:pPr>
              <w:spacing w:after="0"/>
            </w:pPr>
            <w:r>
              <w:rPr>
                <w:i/>
                <w:sz w:val="14"/>
              </w:rPr>
              <w:t>Use for emergencies, suspected cruelty/neglect, or official animal-control questions. Do not assume it will perform TNR.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Sussex County Animal Control listing</w:t>
            </w:r>
            <w:r>
              <w:rPr>
                <w:sz w:val="15"/>
              </w:rPr>
              <w:br/>
              <w:t>Sussex County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OFFICIAL REFERRAL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County page directs dog/cat animal-control matters to Delaware Office of Animal Welfare.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302-255-4646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sussexcountyde.gov/animal-control-dogscats</w:t>
            </w:r>
          </w:p>
          <w:p>
            <w:pPr>
              <w:spacing w:after="0"/>
            </w:pPr>
            <w:r>
              <w:rPr>
                <w:i/>
                <w:sz w:val="14"/>
              </w:rPr>
              <w:t>Useful confirmation of the county referral route.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Faithful Friends Animal Society</w:t>
            </w:r>
            <w:r>
              <w:rPr>
                <w:sz w:val="15"/>
              </w:rPr>
              <w:br/>
              <w:t>Statewide / New Castle base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STATEWIDE CAT-WELFARE SUPPORT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No-kill animal welfare organization with community veterinary services. Delaware materials describe low-cost community-cat spay/neuter/TNR support and colony-caretaker resources.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302-427-8514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faithfulfriends.us | info@faithfulfriends.us</w:t>
            </w:r>
          </w:p>
          <w:p>
            <w:pPr>
              <w:spacing w:after="0"/>
            </w:pPr>
            <w:r>
              <w:rPr>
                <w:i/>
                <w:sz w:val="14"/>
              </w:rPr>
              <w:t>Not Sussex-based; call for referrals, low-cost service options, food/shelter support and current coverage.</w:t>
            </w:r>
          </w:p>
        </w:tc>
      </w:tr>
    </w:tbl>
    <w:p/>
    <w:p>
      <w:pPr>
        <w:pStyle w:val="Heading1"/>
      </w:pPr>
      <w:r>
        <w:t>Nearby / networking backup contacts (3)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rPr>
          <w:tblHeader w:val="true"/>
        </w:trPr>
        <w:tc>
          <w:tcPr>
            <w:tcW w:type="dxa" w:w="2232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Organization / Area</w:t>
            </w:r>
          </w:p>
        </w:tc>
        <w:tc>
          <w:tcPr>
            <w:tcW w:type="dxa" w:w="1498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Focus</w:t>
            </w:r>
          </w:p>
        </w:tc>
        <w:tc>
          <w:tcPr>
            <w:tcW w:type="dxa" w:w="3485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What they may help with</w:t>
            </w:r>
          </w:p>
        </w:tc>
        <w:tc>
          <w:tcPr>
            <w:tcW w:type="dxa" w:w="3384"/>
            <w:vAlign w:val="center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Contact / practical note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Worcester County Humane Society</w:t>
            </w:r>
            <w:r>
              <w:rPr>
                <w:sz w:val="15"/>
              </w:rPr>
              <w:br/>
              <w:t>Berlin, Maryland - near lower Sussex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SHELTER / ADOPTION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Nearby no-kill shelter that acknowledges Community Cats Coalition support. Useful backup for lower-Sussex adoption or shelter referrals.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410-213-0146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worcestercountyhumanesociety.org</w:t>
            </w:r>
          </w:p>
          <w:p>
            <w:pPr>
              <w:spacing w:after="0"/>
            </w:pPr>
            <w:r>
              <w:rPr>
                <w:i/>
                <w:sz w:val="14"/>
              </w:rPr>
              <w:t>Out of state; verify whether they can assist Delaware residents/cats.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Humane Society of Wicomico County</w:t>
            </w:r>
            <w:r>
              <w:rPr>
                <w:sz w:val="15"/>
              </w:rPr>
              <w:br/>
              <w:t>Salisbury, Maryland - near western Sussex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SHELTER / ANIMAL SERVICES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Nearby animal shelter serving Wicomico County; can be a referral/backup point for lower Delmarva situations.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20"/>
            </w:pPr>
            <w:r>
              <w:rPr>
                <w:b/>
                <w:sz w:val="16"/>
              </w:rPr>
              <w:t>410-749-7603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wicomicohumane.org | 5130 Citation Dr, Salisbury, MD 21804</w:t>
            </w:r>
          </w:p>
          <w:p>
            <w:pPr>
              <w:spacing w:after="0"/>
            </w:pPr>
            <w:r>
              <w:rPr>
                <w:i/>
                <w:sz w:val="14"/>
              </w:rPr>
              <w:t>Out of state; call before bringing an animal.</w:t>
            </w:r>
          </w:p>
        </w:tc>
      </w:tr>
      <w:tr>
        <w:trPr>
          <w:trHeight w:hRule="atLeast"/>
        </w:trPr>
        <w:tc>
          <w:tcPr>
            <w:tcW w:type="dxa" w:w="223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Delaware Lost &amp; Found Pets &amp; Rehoming Page</w:t>
            </w:r>
            <w:r>
              <w:rPr>
                <w:sz w:val="15"/>
              </w:rPr>
              <w:br/>
              <w:t>Statewide Facebook network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NETWORKING</w:t>
            </w:r>
          </w:p>
        </w:tc>
        <w:tc>
          <w:tcPr>
            <w:tcW w:type="dxa" w:w="348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0"/>
            </w:pPr>
            <w:r>
              <w:rPr>
                <w:sz w:val="16"/>
              </w:rPr>
              <w:t>Large public networking group for lost/found pets and rehoming. It is not a rescue or shelter, but can help circulate urgent posts and referrals.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7FAFC"/>
          </w:tcPr>
          <w:p>
            <w:pPr>
              <w:spacing w:after="20"/>
            </w:pPr>
            <w:r>
              <w:rPr>
                <w:b/>
                <w:sz w:val="16"/>
              </w:rPr>
              <w:t>Facebook messaging</w:t>
            </w:r>
          </w:p>
          <w:p>
            <w:pPr>
              <w:spacing w:after="20"/>
            </w:pPr>
            <w:r>
              <w:rPr>
                <w:color w:val="22457A"/>
                <w:sz w:val="15"/>
              </w:rPr>
              <w:t>Facebook: Delaware Lost &amp; Found Pets &amp; Rehoming Page</w:t>
            </w:r>
          </w:p>
          <w:p>
            <w:pPr>
              <w:spacing w:after="0"/>
            </w:pPr>
            <w:r>
              <w:rPr>
                <w:i/>
                <w:sz w:val="14"/>
              </w:rPr>
              <w:t>Use alongside contacting a formal rescue, not instead of veterinary care or TNR.</w:t>
            </w:r>
          </w:p>
        </w:tc>
      </w:tr>
    </w:tbl>
    <w:p/>
    <w:p>
      <w:pPr>
        <w:pStyle w:val="Heading1"/>
      </w:pPr>
      <w:r>
        <w:t>First calls by situation</w:t>
      </w:r>
    </w:p>
    <w:p>
      <w:pPr>
        <w:spacing w:after="40"/>
        <w:ind w:left="216"/>
      </w:pPr>
      <w:r>
        <w:rPr>
          <w:b/>
          <w:sz w:val="17"/>
        </w:rPr>
        <w:t xml:space="preserve">Outdoor colony / TNR: </w:t>
      </w:r>
      <w:r>
        <w:rPr>
          <w:sz w:val="17"/>
        </w:rPr>
        <w:t>Just Us, Homeless Cat Helpers, Feral Friends of Millsboro, Cats Around Town, Community Cats Coalition, Pot-Nets Catnippers (where applicable), Forgotten Cats, or BVSPCA Georgetown.</w:t>
      </w:r>
    </w:p>
    <w:p>
      <w:pPr>
        <w:spacing w:after="40"/>
        <w:ind w:left="216"/>
      </w:pPr>
      <w:r>
        <w:rPr>
          <w:b/>
          <w:sz w:val="17"/>
        </w:rPr>
        <w:t xml:space="preserve">Friendly stray / abandoned kitten: </w:t>
      </w:r>
      <w:r>
        <w:rPr>
          <w:sz w:val="17"/>
        </w:rPr>
        <w:t>Call a cat rescue first; do not automatically return a visibly friendly cat. Ask about scanning for a microchip, foster capacity, intake process and whether a posted lost-cat search is needed.</w:t>
      </w:r>
    </w:p>
    <w:p>
      <w:pPr>
        <w:spacing w:after="40"/>
        <w:ind w:left="216"/>
      </w:pPr>
      <w:r>
        <w:rPr>
          <w:b/>
          <w:sz w:val="17"/>
        </w:rPr>
        <w:t xml:space="preserve">Injured, neglected or dangerous situation: </w:t>
      </w:r>
      <w:r>
        <w:rPr>
          <w:sz w:val="17"/>
        </w:rPr>
        <w:t>Call a veterinarian for immediate medical care when possible, and Delaware Animal Services at 302-255-4646 for cruelty/neglect or official animal-control concerns.</w:t>
      </w:r>
    </w:p>
    <w:p>
      <w:pPr>
        <w:spacing w:after="40"/>
        <w:ind w:left="216"/>
      </w:pPr>
      <w:r>
        <w:rPr>
          <w:b/>
          <w:sz w:val="17"/>
        </w:rPr>
        <w:t xml:space="preserve">Need low-cost spay/neuter: </w:t>
      </w:r>
      <w:r>
        <w:rPr>
          <w:sz w:val="17"/>
        </w:rPr>
        <w:t>BVSPCA Georgetown is a strong local starting point. Ask Homeless Cat Helpers for alternatives while its Kitty Fix clinic remains closed.</w:t>
      </w:r>
    </w:p>
    <w:p>
      <w:pPr>
        <w:pStyle w:val="Heading1"/>
      </w:pPr>
      <w:r>
        <w:t>Source / verification notes</w:t>
      </w:r>
    </w:p>
    <w:p>
      <w:pPr>
        <w:spacing w:after="40"/>
      </w:pPr>
      <w:r>
        <w:rPr>
          <w:b/>
        </w:rPr>
        <w:t xml:space="preserve">Compiled June 21, 2026 from organization websites, official Delaware and Sussex County pages, and reputable rescue directories. </w:t>
      </w:r>
      <w:r>
        <w:rPr>
          <w:sz w:val="16"/>
        </w:rPr>
        <w:t>Examples: justuscatsde.org; homelesscathelpers.org; forgottencats.org; bvspca.org; humaneanimalpartners.org; delawarerescue.com; animalservices.delaware.gov; sussexcountyde.gov; and current rescue-directory listings for small volunteer groups. Phone numbers and capacity should be confirmed by the caller.</w:t>
      </w:r>
    </w:p>
    <w:sectPr w:rsidR="00FC693F" w:rsidRPr="0006063C" w:rsidSect="00034616">
      <w:footerReference w:type="default" r:id="rId9"/>
      <w:pgSz w:w="12240" w:h="15840"/>
      <w:pgMar w:top="792" w:right="691" w:bottom="792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Sussex County, Delaware Cat Rescue &amp; TNR Directory | Prepared June 21,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